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32"/>
        </w:rPr>
        <w:t>Math Warm-Up – Practice Sheet</w:t>
      </w:r>
    </w:p>
    <w:p>
      <w:pPr>
        <w:spacing w:after="200"/>
      </w:pPr>
      <w:r>
        <w:rPr>
          <w:b w:val="0"/>
          <w:i w:val="0"/>
        </w:rPr>
        <w:t>ELP 390G: Economics of Education – Fall 2026 – Professor Jeff Denning</w:t>
      </w:r>
    </w:p>
    <w:p>
      <w:pPr>
        <w:spacing w:after="120"/>
      </w:pPr>
      <w:r>
        <w:rPr>
          <w:b/>
          <w:i w:val="0"/>
        </w:rPr>
        <w:t>Not graded and not collected. The answer key is posted alongside this sheet. Work through this before Problem Set 1 if the algebra feels rusty.</w:t>
      </w:r>
    </w:p>
    <w:p>
      <w:pPr>
        <w:spacing w:after="120"/>
      </w:pPr>
      <w:r>
        <w:rPr>
          <w:b w:val="0"/>
          <w:i w:val="0"/>
        </w:rPr>
        <w:t>This is all algebra. Three skills: solving two equations that share an unknown, finding a slope and saying what it means, and drawing a line from its equation. Nothing here needs a calculator beyond arithmetic, and nothing needs anything past high school algebra.</w:t>
      </w:r>
    </w:p>
    <w:p>
      <w:pPr>
        <w:spacing w:after="120"/>
      </w:pPr>
      <w:r>
        <w:rPr>
          <w:b w:val="0"/>
          <w:i w:val="0"/>
        </w:rPr>
        <w:t>Check your own work as you go. When you solve two equations, put your answer back into both of them and confirm you get the same y twice. That habit catches most mistakes before anyone else sees them.</w:t>
      </w:r>
    </w:p>
    <w:p>
      <w:pPr>
        <w:spacing w:after="240"/>
      </w:pPr>
      <w:r>
        <w:rPr>
          <w:b w:val="0"/>
          <w:i w:val="0"/>
        </w:rPr>
        <w:t>If a problem takes more than a few minutes, stop and bring it to office hours or raise it in class. That is what the time is for.</w:t>
      </w:r>
    </w:p>
    <w:p>
      <w:pPr>
        <w:keepNext/>
        <w:spacing w:after="80"/>
      </w:pPr>
      <w:r>
        <w:rPr>
          <w:b/>
          <w:i w:val="0"/>
        </w:rPr>
        <w:t>Part 1. Two equations, one x</w:t>
      </w:r>
    </w:p>
    <w:p>
      <w:pPr>
        <w:keepNext/>
        <w:spacing w:after="120"/>
      </w:pPr>
      <w:r>
        <w:rPr>
          <w:b w:val="0"/>
          <w:i w:val="0"/>
        </w:rPr>
        <w:t>For each pair, find the x where both equations give the same y, and then find that y. Show the steps you used, and check your answer in both equations.</w:t>
      </w:r>
    </w:p>
    <w:p>
      <w:pPr>
        <w:keepNext/>
        <w:spacing w:after="120"/>
      </w:pPr>
      <w:r>
        <w:rPr>
          <w:b w:val="0"/>
          <w:i w:val="0"/>
        </w:rPr>
        <w:t>1. y = 12 - x        and        y = 2x</w:t>
      </w:r>
    </w:p>
    <w:p>
      <w:pPr>
        <w:spacing w:after="120"/>
      </w:pPr>
      <w:r>
        <w:rPr>
          <w:b w:val="0"/>
          <w:i w:val="0"/>
        </w:rPr>
        <w:t>2. y = 40 - 4x        and        y = 6x</w:t>
      </w:r>
    </w:p>
    <w:p>
      <w:pPr>
        <w:spacing w:after="120"/>
      </w:pPr>
      <w:r>
        <w:rPr>
          <w:b w:val="0"/>
          <w:i w:val="0"/>
        </w:rPr>
        <w:t>3. y = 100 - 5x        and        y = 20 + 3x</w:t>
      </w:r>
    </w:p>
    <w:p>
      <w:pPr>
        <w:spacing w:after="120"/>
      </w:pPr>
      <w:r>
        <w:rPr>
          <w:b w:val="0"/>
          <w:i w:val="0"/>
        </w:rPr>
        <w:t>4. y = 18 - 0.5x        and        y = 0.25x</w:t>
      </w:r>
    </w:p>
    <w:p>
      <w:pPr>
        <w:spacing w:after="240"/>
      </w:pPr>
      <w:r>
        <w:rPr>
          <w:b w:val="0"/>
          <w:i w:val="0"/>
        </w:rPr>
        <w:t>5. y = 9 - x        and        y = 3 + x</w:t>
      </w:r>
    </w:p>
    <w:p>
      <w:pPr>
        <w:keepNext/>
        <w:spacing w:after="80"/>
      </w:pPr>
      <w:r>
        <w:rPr>
          <w:b/>
          <w:i w:val="0"/>
        </w:rPr>
        <w:t>Part 2. Slopes and intercepts</w:t>
      </w:r>
    </w:p>
    <w:p>
      <w:pPr>
        <w:keepNext/>
        <w:spacing w:after="120"/>
      </w:pPr>
      <w:r>
        <w:rPr>
          <w:b w:val="0"/>
          <w:i w:val="0"/>
        </w:rPr>
        <w:t>6. A line passes through (2, 14) and (6, 6). What is its slope?</w:t>
      </w:r>
    </w:p>
    <w:p>
      <w:pPr>
        <w:keepNext/>
        <w:spacing w:after="120"/>
      </w:pPr>
      <w:r>
        <w:rPr>
          <w:b w:val="0"/>
          <w:i w:val="0"/>
        </w:rPr>
        <w:t>7. A line passes through (0, 30) and (12, 6). What is its slope? What is the intercept?</w:t>
      </w:r>
    </w:p>
    <w:p>
      <w:pPr>
        <w:spacing w:after="120"/>
      </w:pPr>
      <w:r>
        <w:rPr>
          <w:b w:val="0"/>
          <w:i w:val="0"/>
        </w:rPr>
        <w:t>8. Read the slope and the intercept straight off each equation:</w:t>
      </w:r>
    </w:p>
    <w:p>
      <w:pPr>
        <w:spacing w:after="120"/>
      </w:pPr>
      <w:r>
        <w:rPr>
          <w:b w:val="0"/>
          <w:i w:val="0"/>
        </w:rPr>
        <w:t xml:space="preserve">     (a) y = 45 - 3x          (b) y = 5 + 0.5x          (c) y = 2x</w:t>
      </w:r>
    </w:p>
    <w:p>
      <w:pPr>
        <w:spacing w:after="120"/>
      </w:pPr>
      <w:r>
        <w:rPr>
          <w:b w:val="0"/>
          <w:i w:val="0"/>
        </w:rPr>
        <w:t>9. Rearrange each into the form y = a + bx, then give the slope and the intercept:</w:t>
      </w:r>
    </w:p>
    <w:p>
      <w:pPr>
        <w:spacing w:after="120"/>
      </w:pPr>
      <w:r>
        <w:rPr>
          <w:b w:val="0"/>
          <w:i w:val="0"/>
        </w:rPr>
        <w:t xml:space="preserve">     (a) x + y = 20          (b) 2y = 8 - 4x          (c) y - 3x = 1          (d) 3y + 6x = 12</w:t>
      </w:r>
    </w:p>
    <w:p>
      <w:pPr>
        <w:spacing w:after="120"/>
      </w:pPr>
      <w:r>
        <w:rPr>
          <w:b w:val="0"/>
          <w:i w:val="0"/>
        </w:rPr>
        <w:t>10. A line has slope -6. Write one sentence saying what that means for x and y.</w:t>
      </w:r>
    </w:p>
    <w:p>
      <w:pPr>
        <w:spacing w:after="240"/>
      </w:pPr>
      <w:r>
        <w:rPr>
          <w:b w:val="0"/>
          <w:i w:val="0"/>
        </w:rPr>
        <w:t>11. Two lines: y = 20 - 0.5x and y = 20 - 4x. Which one is steeper?</w:t>
      </w:r>
    </w:p>
    <w:p>
      <w:pPr>
        <w:keepNext/>
        <w:spacing w:after="80"/>
      </w:pPr>
      <w:r>
        <w:rPr>
          <w:b/>
          <w:i w:val="0"/>
        </w:rPr>
        <w:t>Part 3. Drawing the lines</w:t>
      </w:r>
    </w:p>
    <w:p>
      <w:pPr>
        <w:keepNext/>
        <w:spacing w:after="120"/>
      </w:pPr>
      <w:r>
        <w:rPr>
          <w:b w:val="0"/>
          <w:i w:val="0"/>
        </w:rPr>
        <w:t>Graph paper helps, but any paper will do. Put x on the horizontal axis and y on the vertical. Label both axes and both lines.</w:t>
      </w:r>
    </w:p>
    <w:p>
      <w:pPr>
        <w:keepNext/>
        <w:spacing w:after="120"/>
      </w:pPr>
      <w:r>
        <w:rPr>
          <w:b w:val="0"/>
          <w:i w:val="0"/>
        </w:rPr>
        <w:t>12. On one set of axes, plot y = 10 - x and y = x for x from 0 to 10. Mark where they meet and label its coordinates.</w:t>
      </w:r>
    </w:p>
    <w:p>
      <w:pPr>
        <w:spacing w:after="120"/>
      </w:pPr>
      <w:r>
        <w:rPr>
          <w:b w:val="0"/>
          <w:i w:val="0"/>
        </w:rPr>
        <w:t>13. Plot y = 12 - x and y = 2x. Mark where they meet and confirm it matches your answer to Question 1.</w:t>
      </w:r>
    </w:p>
    <w:p>
      <w:pPr>
        <w:spacing w:after="120"/>
      </w:pPr>
      <w:r>
        <w:rPr>
          <w:b w:val="0"/>
          <w:i w:val="0"/>
        </w:rPr>
        <w:t>14. Plot y = 40 - 4x and y = 6x. Mark where they meet and confirm it matches Question 2.</w:t>
      </w:r>
    </w:p>
    <w:p>
      <w:pPr>
        <w:spacing w:after="120"/>
      </w:pPr>
      <w:r>
        <w:rPr>
          <w:b w:val="0"/>
          <w:i w:val="0"/>
        </w:rPr>
        <w:t>15. Plot y = 9 - x and y = 3 + x. Mark where they meet and confirm it matches Question 5.</w:t>
      </w:r>
    </w:p>
    <w:p>
      <w:pPr>
        <w:spacing w:after="120"/>
      </w:pPr>
      <w:r>
        <w:rPr>
          <w:b w:val="0"/>
          <w:i w:val="0"/>
        </w:rPr>
        <w:t>16. Plot y = 8 - x and y = 3x. Read the crossing off your graph, then solve for it algebraically and check that the two agree.</w:t>
      </w:r>
    </w:p>
    <w:p>
      <w:pPr>
        <w:spacing w:after="120"/>
      </w:pPr>
      <w:r>
        <w:rPr>
          <w:b w:val="0"/>
          <w:i w:val="0"/>
        </w:rPr>
        <w:t>17. Plot y = 15 - 3x and y = 2x. Mark where they meet.</w:t>
      </w:r>
    </w:p>
    <w:p>
      <w:pPr>
        <w:spacing w:after="120"/>
      </w:pPr>
      <w:r>
        <w:rPr>
          <w:b w:val="0"/>
          <w:i w:val="0"/>
        </w:rPr>
        <w:t>18. Plot y = 20 - 2x on its own. Where does it cross each axis, and what is its slope?</w:t>
      </w:r>
    </w:p>
    <w:p>
      <w:pPr>
        <w:spacing w:after="120"/>
      </w:pPr>
      <w:r>
        <w:rPr>
          <w:b w:val="0"/>
          <w:i w:val="0"/>
        </w:rPr>
        <w:t>19. Plot y = 10 - x and y = 14 - x on one set of axes. What is the same about the two lines, what is different, and do they ever cross?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